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2088" cy="1069232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revista_page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23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09" w:h="16834"/>
          <w:pgMar w:top="0" w:right="0" w:bottom="0" w:left="0" w:header="720" w:footer="720" w:gutter="0"/>
          <w:cols w:space="720"/>
          <w:docGrid w:linePitch="360"/>
        </w:sectPr>
      </w:pP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2088" cy="1069232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revista_page_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23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09" w:h="16834"/>
          <w:pgMar w:top="0" w:right="0" w:bottom="0" w:left="0" w:header="720" w:footer="720" w:gutter="0"/>
          <w:cols w:space="720"/>
          <w:docGrid w:linePitch="360"/>
        </w:sectPr>
      </w:pP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2088" cy="1069232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revista_page_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23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1909" w:h="16834"/>
          <w:pgMar w:top="0" w:right="0" w:bottom="0" w:left="0" w:header="720" w:footer="720" w:gutter="0"/>
          <w:cols w:space="720"/>
          <w:docGrid w:linePitch="360"/>
        </w:sectPr>
      </w:pPr>
    </w:p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2088" cy="1069232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revista_page_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232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9" w:h="16834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